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C1B" w:rsidRPr="00B36D95" w:rsidRDefault="0032252F" w:rsidP="00613DD9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 xml:space="preserve">СОГЛАСИЕ № </w:t>
      </w:r>
      <w:r w:rsidR="00613DD9" w:rsidRPr="00B36D95">
        <w:rPr>
          <w:rFonts w:ascii="Times New Roman" w:hAnsi="Times New Roman" w:cs="Times New Roman"/>
          <w:b/>
          <w:sz w:val="20"/>
          <w:szCs w:val="20"/>
          <w:lang w:val="ru-RU"/>
        </w:rPr>
        <w:t>№</w:t>
      </w:r>
      <w:r w:rsidR="00817DDF" w:rsidRPr="00B36D9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613DD9" w:rsidRPr="00B36D95">
        <w:rPr>
          <w:rFonts w:ascii="Times New Roman" w:hAnsi="Times New Roman" w:cs="Times New Roman"/>
          <w:b/>
          <w:sz w:val="20"/>
          <w:szCs w:val="20"/>
          <w:lang w:val="ru-RU"/>
        </w:rPr>
        <w:t xml:space="preserve">1-26 от </w:t>
      </w:r>
      <w:r w:rsidR="00817DDF">
        <w:rPr>
          <w:rFonts w:ascii="Times New Roman" w:hAnsi="Times New Roman" w:cs="Times New Roman"/>
          <w:b/>
          <w:sz w:val="20"/>
          <w:szCs w:val="20"/>
          <w:lang w:val="ru-RU"/>
        </w:rPr>
        <w:t>01.01</w:t>
      </w:r>
      <w:r w:rsidR="00613DD9" w:rsidRPr="00B36D95">
        <w:rPr>
          <w:rFonts w:ascii="Times New Roman" w:hAnsi="Times New Roman" w:cs="Times New Roman"/>
          <w:b/>
          <w:sz w:val="20"/>
          <w:szCs w:val="20"/>
          <w:lang w:val="ru-RU"/>
        </w:rPr>
        <w:t>.2026 г.</w:t>
      </w:r>
    </w:p>
    <w:p w:rsidR="00032C1B" w:rsidRPr="00B36D95" w:rsidRDefault="0032252F" w:rsidP="00613DD9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на обработку и распространение (публикацию) персональных данных,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а также на использование изображения и голоса в составе отзывов</w:t>
      </w:r>
    </w:p>
    <w:p w:rsidR="00032C1B" w:rsidRPr="00B36D95" w:rsidRDefault="00032C1B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613DD9" w:rsidRPr="00B36D95" w:rsidRDefault="00613DD9" w:rsidP="00B36D95">
      <w:pPr>
        <w:pStyle w:val="aff8"/>
        <w:jc w:val="both"/>
        <w:rPr>
          <w:sz w:val="20"/>
          <w:szCs w:val="20"/>
        </w:rPr>
      </w:pPr>
      <w:r w:rsidRPr="00B36D95">
        <w:rPr>
          <w:sz w:val="20"/>
          <w:szCs w:val="20"/>
        </w:rPr>
        <w:t>Настоящее согласие оформляется в публичной форме и не требует подписания на бумажном носителе. Текст согласия предоставляется для ознакомления в электронной форме на сайте, в личном кабинете, интерфейсе, сервисах и/или официальных каналах Организаций.</w:t>
      </w:r>
    </w:p>
    <w:p w:rsidR="00613DD9" w:rsidRPr="00B36D95" w:rsidRDefault="00613DD9" w:rsidP="00B36D95">
      <w:pPr>
        <w:pStyle w:val="aff8"/>
        <w:jc w:val="both"/>
        <w:rPr>
          <w:sz w:val="20"/>
          <w:szCs w:val="20"/>
        </w:rPr>
      </w:pPr>
      <w:r w:rsidRPr="00B36D95">
        <w:rPr>
          <w:rStyle w:val="af6"/>
          <w:sz w:val="20"/>
          <w:szCs w:val="20"/>
        </w:rPr>
        <w:t>Проставление отметки (чек-бокса) и/или нажатие кнопки и/или совершение иного действия, выражающего согласие в электронной форме, считается полным и безусловным принятием условий настоящего согласия.</w:t>
      </w:r>
      <w:r w:rsidRPr="00B36D95">
        <w:rPr>
          <w:sz w:val="20"/>
          <w:szCs w:val="20"/>
        </w:rPr>
        <w:t xml:space="preserve"> К таким действиям, в частности, относятся: проставление отметки рядом с формулировками «Согласен», «Да», «Принимаю условия», «Разрешаю обработку», «Разрешаю публикацию», «Подтверждаю», «Отправить отзыв», «Отправить», «Продолжить», «Сохранить»; нажатие кнопки «Да/Согласен»; отправка отзыва (текста/аудио/видео) через форму, бот, личный кабинет или иной интерфейс Организаций при наличии (или одновременном отображении) ссылки/текста настоящего согласия; направление отзыва по электронным каналам связи Организаций с однозначным подтверждением согласия в сообщении.</w:t>
      </w:r>
    </w:p>
    <w:p w:rsidR="00613DD9" w:rsidRPr="00B36D95" w:rsidRDefault="00613DD9" w:rsidP="00613DD9">
      <w:pPr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1. Операторы персональных данных, которым предоставляется согласие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Настоящим Субъект персональных данных свободно, своей волей и в своем интересе предоставляет согласие каждому из следующих операторов персональных данных (далее совместно - «Организации», а по отдельности - «Оператор»):</w:t>
      </w:r>
    </w:p>
    <w:p w:rsidR="00032C1B" w:rsidRPr="00817DDF" w:rsidRDefault="00817DD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1)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>ОБЩЕСТВО С ОГРАНИЧЕННОЙ ОТВЕТСТВЕННОСТЬЮ "ОРГАНИК ПИПЛ СКУЛ"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ООО "Органик </w:t>
      </w:r>
      <w:proofErr w:type="spellStart"/>
      <w:r w:rsidRPr="00817DDF">
        <w:rPr>
          <w:rFonts w:ascii="Times New Roman" w:hAnsi="Times New Roman" w:cs="Times New Roman"/>
          <w:sz w:val="20"/>
          <w:szCs w:val="20"/>
          <w:lang w:val="ru-RU"/>
        </w:rPr>
        <w:t>Пипл</w:t>
      </w:r>
      <w:proofErr w:type="spellEnd"/>
      <w:r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 Скул"</w:t>
      </w:r>
      <w:r>
        <w:rPr>
          <w:rFonts w:ascii="Times New Roman" w:hAnsi="Times New Roman" w:cs="Times New Roman"/>
          <w:sz w:val="20"/>
          <w:szCs w:val="20"/>
          <w:lang w:val="ru-RU"/>
        </w:rPr>
        <w:t>)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>, ОГРН</w:t>
      </w:r>
      <w:r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>1257700315740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>, ИНН</w:t>
      </w:r>
      <w:r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>9707049328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>, КПП</w:t>
      </w:r>
      <w:r>
        <w:rPr>
          <w:rFonts w:ascii="Times New Roman" w:hAnsi="Times New Roman" w:cs="Times New Roman"/>
          <w:sz w:val="20"/>
          <w:szCs w:val="20"/>
          <w:lang w:val="ru-RU"/>
        </w:rPr>
        <w:t>: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>770701001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, юридический адрес: 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125047, город Москва, </w:t>
      </w:r>
      <w:proofErr w:type="spellStart"/>
      <w:r w:rsidRPr="00817DDF">
        <w:rPr>
          <w:rFonts w:ascii="Times New Roman" w:hAnsi="Times New Roman" w:cs="Times New Roman"/>
          <w:sz w:val="20"/>
          <w:szCs w:val="20"/>
          <w:lang w:val="ru-RU"/>
        </w:rPr>
        <w:t>ул</w:t>
      </w:r>
      <w:proofErr w:type="spellEnd"/>
      <w:r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 Фадеева, д. 4а, </w:t>
      </w:r>
      <w:proofErr w:type="spellStart"/>
      <w:r w:rsidRPr="00817DDF">
        <w:rPr>
          <w:rFonts w:ascii="Times New Roman" w:hAnsi="Times New Roman" w:cs="Times New Roman"/>
          <w:sz w:val="20"/>
          <w:szCs w:val="20"/>
          <w:lang w:val="ru-RU"/>
        </w:rPr>
        <w:t>помещ</w:t>
      </w:r>
      <w:proofErr w:type="spellEnd"/>
      <w:r w:rsidRPr="00817DDF">
        <w:rPr>
          <w:rFonts w:ascii="Times New Roman" w:hAnsi="Times New Roman" w:cs="Times New Roman"/>
          <w:sz w:val="20"/>
          <w:szCs w:val="20"/>
          <w:lang w:val="ru-RU"/>
        </w:rPr>
        <w:t>. 8ц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, в лице Генерального директора </w:t>
      </w:r>
      <w:r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Асадов </w:t>
      </w:r>
      <w:proofErr w:type="spellStart"/>
      <w:r w:rsidRPr="00817DDF">
        <w:rPr>
          <w:rFonts w:ascii="Times New Roman" w:hAnsi="Times New Roman" w:cs="Times New Roman"/>
          <w:sz w:val="20"/>
          <w:szCs w:val="20"/>
          <w:lang w:val="ru-RU"/>
        </w:rPr>
        <w:t>Рауф</w:t>
      </w:r>
      <w:proofErr w:type="spellEnd"/>
      <w:r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17DDF">
        <w:rPr>
          <w:rFonts w:ascii="Times New Roman" w:hAnsi="Times New Roman" w:cs="Times New Roman"/>
          <w:sz w:val="20"/>
          <w:szCs w:val="20"/>
          <w:lang w:val="ru-RU"/>
        </w:rPr>
        <w:t>Акифович</w:t>
      </w:r>
      <w:proofErr w:type="spellEnd"/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, действующего на основании Устава. </w:t>
      </w:r>
      <w:r w:rsidR="0032252F" w:rsidRPr="00B36D95">
        <w:rPr>
          <w:rFonts w:ascii="Times New Roman" w:hAnsi="Times New Roman" w:cs="Times New Roman"/>
          <w:sz w:val="20"/>
          <w:szCs w:val="20"/>
        </w:rPr>
        <w:t>E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32252F" w:rsidRPr="00B36D95">
        <w:rPr>
          <w:rFonts w:ascii="Times New Roman" w:hAnsi="Times New Roman" w:cs="Times New Roman"/>
          <w:sz w:val="20"/>
          <w:szCs w:val="20"/>
        </w:rPr>
        <w:t>mail</w:t>
      </w:r>
      <w:r w:rsidR="0032252F"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для юридически значимых сообщений: </w:t>
      </w:r>
      <w:hyperlink r:id="rId6" w:history="1">
        <w:r w:rsidRPr="004F5DF1">
          <w:rPr>
            <w:rStyle w:val="aff9"/>
            <w:rFonts w:ascii="Times New Roman" w:hAnsi="Times New Roman" w:cs="Times New Roman"/>
            <w:sz w:val="20"/>
            <w:szCs w:val="20"/>
          </w:rPr>
          <w:t>info@organic-people.com</w:t>
        </w:r>
      </w:hyperlink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2. Предмет согласия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2.1. Настоящее согласие является:</w:t>
      </w:r>
    </w:p>
    <w:p w:rsidR="00032C1B" w:rsidRPr="00B36D95" w:rsidRDefault="0032252F" w:rsidP="00613DD9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согласием на обработку персональных данных; и одновременно</w:t>
      </w:r>
    </w:p>
    <w:p w:rsidR="00032C1B" w:rsidRPr="00B36D95" w:rsidRDefault="0032252F" w:rsidP="00613DD9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согласием на обработку персональных данных, разрешенных Субъектом для распространения (публикации) неограниченному кругу лиц, в составе отзывов о курсах/программах Организаций; и одновременно</w:t>
      </w:r>
    </w:p>
    <w:p w:rsidR="00032C1B" w:rsidRPr="00B36D95" w:rsidRDefault="0032252F" w:rsidP="00613DD9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согласием на обнародование и дальнейшее использование изображения Субъекта (фото/видео) и его голоса (аудио), если они присутствуют в отзыве.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2.2. Отзыв может быть предоставлен Субъектом в виде текста, аудиозаписи, видеозаписи, а также в смешанном формате. Отзыв может сопровождаться фото/видеоизображением Субъекта, а также иными сведениями, указанными Субъектом добровольно.</w:t>
      </w:r>
    </w:p>
    <w:p w:rsidR="00817DDF" w:rsidRDefault="00817DD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817DDF" w:rsidRDefault="00817DD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>3. Цели обработки и публикации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Согласие предоставляется для целей:</w:t>
      </w:r>
    </w:p>
    <w:p w:rsidR="00032C1B" w:rsidRPr="00B36D95" w:rsidRDefault="0032252F" w:rsidP="00613DD9">
      <w:pPr>
        <w:pStyle w:val="ae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публикации и распространения отзывов о курсах/программах Организаций;</w:t>
      </w:r>
    </w:p>
    <w:p w:rsidR="00032C1B" w:rsidRPr="00B36D95" w:rsidRDefault="0032252F" w:rsidP="00613DD9">
      <w:pPr>
        <w:pStyle w:val="ae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информирования неопределенного круга лиц о содержании обучения, качестве материалов, форматах, результатах, впечатлениях Субъекта;</w:t>
      </w:r>
    </w:p>
    <w:p w:rsidR="00032C1B" w:rsidRPr="00B36D95" w:rsidRDefault="0032252F" w:rsidP="00613DD9">
      <w:pPr>
        <w:pStyle w:val="ae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формирования репутации и доверия к Организациям, продвижения курсов/программ и информационных сервисов Организаций;</w:t>
      </w:r>
    </w:p>
    <w:p w:rsidR="00032C1B" w:rsidRPr="00B36D95" w:rsidRDefault="0032252F" w:rsidP="00613DD9">
      <w:pPr>
        <w:pStyle w:val="ae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подготовки кейсов, подборок отзывов, презентаций и иных информационных материалов Организаций (в </w:t>
      </w:r>
      <w:proofErr w:type="spellStart"/>
      <w:r w:rsidRPr="00B36D95">
        <w:rPr>
          <w:rFonts w:ascii="Times New Roman" w:hAnsi="Times New Roman" w:cs="Times New Roman"/>
          <w:sz w:val="20"/>
          <w:szCs w:val="20"/>
          <w:lang w:val="ru-RU"/>
        </w:rPr>
        <w:t>т.ч</w:t>
      </w:r>
      <w:proofErr w:type="spellEnd"/>
      <w:r w:rsidRPr="00B36D95">
        <w:rPr>
          <w:rFonts w:ascii="Times New Roman" w:hAnsi="Times New Roman" w:cs="Times New Roman"/>
          <w:sz w:val="20"/>
          <w:szCs w:val="20"/>
          <w:lang w:val="ru-RU"/>
        </w:rPr>
        <w:t>. рекламно-информационного характера);</w:t>
      </w:r>
    </w:p>
    <w:p w:rsidR="00032C1B" w:rsidRPr="00B36D95" w:rsidRDefault="0032252F" w:rsidP="00613DD9">
      <w:pPr>
        <w:pStyle w:val="ae"/>
        <w:numPr>
          <w:ilvl w:val="0"/>
          <w:numId w:val="11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ведения статистики и внутренней аналитики качества обучения (в части, не требующей публикации сверх разрешенного перечня).</w:t>
      </w:r>
    </w:p>
    <w:p w:rsidR="00032C1B" w:rsidRPr="00B36D95" w:rsidRDefault="00032C1B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4. Перечень персональных данных и материалов, на обработку и публикацию которых дается согласие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4.1. Субъект подтверждает, что самостоятельно формирует содержание отзыва и предоставляет материалы добровольно, по своей инициативе либо по запросу Организаций, и осознает, что публикация отзыва означает предоставление доступа к его содержанию неограниченному кругу лиц.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4.2. Проставляя отметку согласия в электронной форме, Субъект предоставляет Организациям право на обработку и распространение (публикацию) персональных данных Субъекта в составе отзывов о курсах/программах Организаций, включая размещение таких отзывов в текстовом, аудио- и/или видео-формате, в том числе с участием Субъекта.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4.3. В состав персональных данных и материалов, обработка и публикация которых разрешаются настоящим согласием, входят: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4.3.1. Идентификационные данные, указываемые в публикации отзыва: фамилия, имя, отчество Субъекта полностью либо частично (в том числе в формате «Фамилия И.О.»), а также иные варианты указания имени, используемые Организациями для подписи отзыва (например, «имя и первая буква фамилии»), без раскрытия паспортных данных, СНИЛС и иных регистрационных сведений.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4.3.2. Данные об обучении:</w:t>
      </w:r>
    </w:p>
    <w:p w:rsidR="00032C1B" w:rsidRPr="00B36D95" w:rsidRDefault="0032252F" w:rsidP="00613DD9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факт прохождения обучения у Организаций;</w:t>
      </w:r>
    </w:p>
    <w:p w:rsidR="00032C1B" w:rsidRPr="00B36D95" w:rsidRDefault="0032252F" w:rsidP="00613DD9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наименование курса/программы;</w:t>
      </w:r>
    </w:p>
    <w:p w:rsidR="00032C1B" w:rsidRPr="00B36D95" w:rsidRDefault="0032252F" w:rsidP="00613DD9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при необходимости - период (даты) обучения и/или сведения о результате обучения, если такие сведения указаны Субъектом в отзыве либо согласованы для размещения в составе отзыва.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4.3.3. Контент отзыва:</w:t>
      </w:r>
    </w:p>
    <w:p w:rsidR="00032C1B" w:rsidRPr="00B36D95" w:rsidRDefault="0032252F" w:rsidP="00613DD9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текстовые отзывы (включая цитирование, сокращение, фрагменты, переработку в формат карточек/постов/баннеров при сохранении смысла);</w:t>
      </w:r>
    </w:p>
    <w:p w:rsidR="00032C1B" w:rsidRPr="00B36D95" w:rsidRDefault="0032252F" w:rsidP="00613DD9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B36D95">
        <w:rPr>
          <w:rFonts w:ascii="Times New Roman" w:hAnsi="Times New Roman" w:cs="Times New Roman"/>
          <w:sz w:val="20"/>
          <w:szCs w:val="20"/>
          <w:lang w:val="ru-RU"/>
        </w:rPr>
        <w:t>аудиоотзывы</w:t>
      </w:r>
      <w:proofErr w:type="spellEnd"/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(включая голос Субъекта);</w:t>
      </w:r>
    </w:p>
    <w:p w:rsidR="00032C1B" w:rsidRPr="00B36D95" w:rsidRDefault="0032252F" w:rsidP="00613DD9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B36D95">
        <w:rPr>
          <w:rFonts w:ascii="Times New Roman" w:hAnsi="Times New Roman" w:cs="Times New Roman"/>
          <w:sz w:val="20"/>
          <w:szCs w:val="20"/>
          <w:lang w:val="ru-RU"/>
        </w:rPr>
        <w:t>видеоотзывы</w:t>
      </w:r>
      <w:proofErr w:type="spellEnd"/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(включая изображение Субъекта, его лицо, мимику, жесты, голос, а также иные элементы внешности).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lastRenderedPageBreak/>
        <w:t>4.3.4. Изображение и голос: фотографии, видеозаписи и иные материалы, содержащие изображение Субъекта (включая лицо), а также аудиозаписи, содержащие голос Субъекта, если такие материалы предоставлены Субъектом в составе отзыва либо записаны/созданы с его участием для целей отзыва.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4.4. Субъект понимает и соглашается, что отзыв может быть опубликован:</w:t>
      </w:r>
    </w:p>
    <w:p w:rsidR="00032C1B" w:rsidRPr="00B36D95" w:rsidRDefault="0032252F" w:rsidP="00613DD9">
      <w:pPr>
        <w:pStyle w:val="ae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в полном виде или в виде фрагментов (цитат);</w:t>
      </w:r>
    </w:p>
    <w:p w:rsidR="00032C1B" w:rsidRPr="00B36D95" w:rsidRDefault="0032252F" w:rsidP="00613DD9">
      <w:pPr>
        <w:pStyle w:val="ae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в нескольких редакциях (краткая/полная), в разных форматах и на разных ресурсах Организаций;</w:t>
      </w:r>
    </w:p>
    <w:p w:rsidR="00032C1B" w:rsidRPr="00B36D95" w:rsidRDefault="0032252F" w:rsidP="00613DD9">
      <w:pPr>
        <w:pStyle w:val="ae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при условии сохранения общего смысла и недопущения искажения позиции Субъекта.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5. Действия с персональными данными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5.1. Согласие предоставляется на совершение с персональными данными (в зависимости от целей и отмеченных разрешений): сбор, запись, систематизацию, накопление, хранение, уточнение (обновление/изменение), извлечение, использование, обезличивание (при необходимости), блокирование, удаление, уничтожение, а также распространение (предоставление доступа неограниченному кругу лиц) в объеме, разрешенном Субъектом.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6. Информационные ресурсы и места публикации (распространения)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6.1. Публикация и распространение отзывов может осуществляться на информационных ресурсах Организаций и/или в их официальных каналах и сервисах, включая (но не ограничиваясь): сайты, </w:t>
      </w:r>
      <w:proofErr w:type="spellStart"/>
      <w:r w:rsidRPr="00B36D95">
        <w:rPr>
          <w:rFonts w:ascii="Times New Roman" w:hAnsi="Times New Roman" w:cs="Times New Roman"/>
          <w:sz w:val="20"/>
          <w:szCs w:val="20"/>
          <w:lang w:val="ru-RU"/>
        </w:rPr>
        <w:t>лендинги</w:t>
      </w:r>
      <w:proofErr w:type="spellEnd"/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, блоги, страницы курсов, личные кабинеты, каналы/группы в мессенджерах, сообщества в социальных сетях, </w:t>
      </w:r>
      <w:r w:rsidRPr="00B36D95">
        <w:rPr>
          <w:rFonts w:ascii="Times New Roman" w:hAnsi="Times New Roman" w:cs="Times New Roman"/>
          <w:sz w:val="20"/>
          <w:szCs w:val="20"/>
        </w:rPr>
        <w:t>e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B36D95">
        <w:rPr>
          <w:rFonts w:ascii="Times New Roman" w:hAnsi="Times New Roman" w:cs="Times New Roman"/>
          <w:sz w:val="20"/>
          <w:szCs w:val="20"/>
        </w:rPr>
        <w:t>mail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>-рассылки, презентации, коммерческие предложения, медиа-материалы, а также иные информационные сервисы Организаций.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7. Редактура, форматирование, срок хранения материалов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7.1. Организации вправе выполнять техническую и редакторскую обработку отзыва: исправление опечаток, пунктуации, сокращение, монтаж фрагментов аудио/видео, изменение формата публикации, при условии сохранения общего смысла и недопущения искажения позиции Субъекта.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7.2. Согласие предоставляется безвозмездно. Вознаграждение за использование отзыва, изображения и/или голоса не выплачивается, если иное не согласовано Сторонами отдельно в письменной форме.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8. Срок действия согласия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8.1. Настоящее согласие действует бессрочно, но в любом случае до наступления одного из событий, которое наступит раньше:</w:t>
      </w:r>
    </w:p>
    <w:p w:rsidR="00032C1B" w:rsidRPr="00B36D95" w:rsidRDefault="0032252F" w:rsidP="00613DD9">
      <w:pPr>
        <w:pStyle w:val="ae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получения Организациями требования Субъекта о прекращении распространения (публикации) персональных данных и/или отзыва; или</w:t>
      </w:r>
    </w:p>
    <w:p w:rsidR="00032C1B" w:rsidRPr="00B36D95" w:rsidRDefault="0032252F" w:rsidP="00613DD9">
      <w:pPr>
        <w:pStyle w:val="ae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удаления Организациями соответствующего отзыва/материалов с принадлежащих им ресурсов/каналов.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9. Отзыв согласия и прекращение распространения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9.1. Субъект вправе в любое время потребовать прекращения распространения (публикации) персональных данных, разрешенных для распространения, а также отозвать настоящее согласие полностью или частично.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9.2. Требование/отзыв направляется на </w:t>
      </w:r>
      <w:r w:rsidRPr="00B36D95">
        <w:rPr>
          <w:rFonts w:ascii="Times New Roman" w:hAnsi="Times New Roman" w:cs="Times New Roman"/>
          <w:sz w:val="20"/>
          <w:szCs w:val="20"/>
        </w:rPr>
        <w:t>e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B36D95">
        <w:rPr>
          <w:rFonts w:ascii="Times New Roman" w:hAnsi="Times New Roman" w:cs="Times New Roman"/>
          <w:sz w:val="20"/>
          <w:szCs w:val="20"/>
        </w:rPr>
        <w:t>mail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 w:rsidR="00817DDF" w:rsidRPr="00817DDF">
        <w:rPr>
          <w:rFonts w:ascii="Times New Roman" w:hAnsi="Times New Roman" w:cs="Times New Roman"/>
          <w:sz w:val="20"/>
          <w:szCs w:val="20"/>
        </w:rPr>
        <w:t>info</w:t>
      </w:r>
      <w:r w:rsidR="00817DDF" w:rsidRPr="00817DDF">
        <w:rPr>
          <w:rFonts w:ascii="Times New Roman" w:hAnsi="Times New Roman" w:cs="Times New Roman"/>
          <w:sz w:val="20"/>
          <w:szCs w:val="20"/>
          <w:lang w:val="ru-RU"/>
        </w:rPr>
        <w:t>@</w:t>
      </w:r>
      <w:r w:rsidR="00817DDF" w:rsidRPr="00817DDF">
        <w:rPr>
          <w:rFonts w:ascii="Times New Roman" w:hAnsi="Times New Roman" w:cs="Times New Roman"/>
          <w:sz w:val="20"/>
          <w:szCs w:val="20"/>
        </w:rPr>
        <w:t>organic</w:t>
      </w:r>
      <w:r w:rsidR="00817DDF" w:rsidRPr="00817DDF">
        <w:rPr>
          <w:rFonts w:ascii="Times New Roman" w:hAnsi="Times New Roman" w:cs="Times New Roman"/>
          <w:sz w:val="20"/>
          <w:szCs w:val="20"/>
          <w:lang w:val="ru-RU"/>
        </w:rPr>
        <w:t>-</w:t>
      </w:r>
      <w:r w:rsidR="00817DDF" w:rsidRPr="00817DDF">
        <w:rPr>
          <w:rFonts w:ascii="Times New Roman" w:hAnsi="Times New Roman" w:cs="Times New Roman"/>
          <w:sz w:val="20"/>
          <w:szCs w:val="20"/>
        </w:rPr>
        <w:t>people</w:t>
      </w:r>
      <w:r w:rsidR="00817DDF" w:rsidRPr="00817DDF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817DDF" w:rsidRPr="00817DDF">
        <w:rPr>
          <w:rFonts w:ascii="Times New Roman" w:hAnsi="Times New Roman" w:cs="Times New Roman"/>
          <w:sz w:val="20"/>
          <w:szCs w:val="20"/>
        </w:rPr>
        <w:t>com</w:t>
      </w:r>
      <w:r w:rsidR="00817DDF" w:rsidRPr="00817DDF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>и должно содержать:</w:t>
      </w:r>
    </w:p>
    <w:p w:rsidR="00032C1B" w:rsidRPr="00B36D95" w:rsidRDefault="0032252F" w:rsidP="00613DD9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ФИО Субъекта;</w:t>
      </w:r>
    </w:p>
    <w:p w:rsidR="00032C1B" w:rsidRPr="00B36D95" w:rsidRDefault="0032252F" w:rsidP="00613DD9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контактные данные (телефон/</w:t>
      </w:r>
      <w:r w:rsidRPr="00B36D95">
        <w:rPr>
          <w:rFonts w:ascii="Times New Roman" w:hAnsi="Times New Roman" w:cs="Times New Roman"/>
          <w:sz w:val="20"/>
          <w:szCs w:val="20"/>
        </w:rPr>
        <w:t>e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B36D95">
        <w:rPr>
          <w:rFonts w:ascii="Times New Roman" w:hAnsi="Times New Roman" w:cs="Times New Roman"/>
          <w:sz w:val="20"/>
          <w:szCs w:val="20"/>
        </w:rPr>
        <w:t>mail</w:t>
      </w:r>
      <w:r w:rsidRPr="00B36D95">
        <w:rPr>
          <w:rFonts w:ascii="Times New Roman" w:hAnsi="Times New Roman" w:cs="Times New Roman"/>
          <w:sz w:val="20"/>
          <w:szCs w:val="20"/>
          <w:lang w:val="ru-RU"/>
        </w:rPr>
        <w:t>/почтовый адрес);</w:t>
      </w:r>
    </w:p>
    <w:p w:rsidR="00032C1B" w:rsidRPr="00B36D95" w:rsidRDefault="0032252F" w:rsidP="00613DD9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указание, какие именно персональные данные и/или какие материалы подлежат прекращению распространения/удалению (перечень);</w:t>
      </w:r>
    </w:p>
    <w:p w:rsidR="00032C1B" w:rsidRPr="00B36D95" w:rsidRDefault="0032252F" w:rsidP="00613DD9">
      <w:pPr>
        <w:pStyle w:val="ae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при наличии: ссылку(и) на публикацию(и) или описание места размещения.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9.3. Субъект понимает, что после публикации отзыв может быть процитирован/</w:t>
      </w:r>
      <w:proofErr w:type="spellStart"/>
      <w:r w:rsidRPr="00B36D95">
        <w:rPr>
          <w:rFonts w:ascii="Times New Roman" w:hAnsi="Times New Roman" w:cs="Times New Roman"/>
          <w:sz w:val="20"/>
          <w:szCs w:val="20"/>
          <w:lang w:val="ru-RU"/>
        </w:rPr>
        <w:t>перепубликован</w:t>
      </w:r>
      <w:proofErr w:type="spellEnd"/>
      <w:r w:rsidRPr="00B36D95">
        <w:rPr>
          <w:rFonts w:ascii="Times New Roman" w:hAnsi="Times New Roman" w:cs="Times New Roman"/>
          <w:sz w:val="20"/>
          <w:szCs w:val="20"/>
          <w:lang w:val="ru-RU"/>
        </w:rPr>
        <w:t xml:space="preserve"> третьими лицами на сторонних ресурсах, не подконтрольных Организациям; в таком случае Организации прекращают дальнейшее размещение у себя и удаляют материалы в пределах контроля над своими ресурсами.</w:t>
      </w:r>
    </w:p>
    <w:p w:rsidR="00032C1B" w:rsidRPr="00B36D95" w:rsidRDefault="0032252F" w:rsidP="00613DD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b/>
          <w:sz w:val="20"/>
          <w:szCs w:val="20"/>
          <w:lang w:val="ru-RU"/>
        </w:rPr>
        <w:t>10. Гарантии Субъекта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10.1. Субъект подтверждает, что предоставляет отзыв и материалы лично, добровольно, понимает объем разрешений и последствия предоставления доступа неограниченному кругу лиц.</w:t>
      </w:r>
    </w:p>
    <w:p w:rsidR="00032C1B" w:rsidRPr="00B36D95" w:rsidRDefault="0032252F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sz w:val="20"/>
          <w:szCs w:val="20"/>
          <w:lang w:val="ru-RU"/>
        </w:rPr>
        <w:t>10.2. Субъект гарантирует, что содержание отзыва не нарушает права третьих лиц, не содержит чужих персональных данных без законного основания и не раскрывает охраняемую законом тайну.</w:t>
      </w:r>
    </w:p>
    <w:p w:rsidR="00032C1B" w:rsidRPr="00B36D95" w:rsidRDefault="00032C1B" w:rsidP="00613DD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32C1B" w:rsidRPr="00B36D95" w:rsidRDefault="00B36D95" w:rsidP="00613DD9">
      <w:pPr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B36D95">
        <w:rPr>
          <w:rFonts w:ascii="Times New Roman" w:hAnsi="Times New Roman" w:cs="Times New Roman"/>
          <w:i/>
          <w:sz w:val="20"/>
          <w:szCs w:val="20"/>
          <w:lang w:val="ru-RU"/>
        </w:rPr>
        <w:t>совершая любое из действий, указанных в начале настоящего документа (включая проставление чек-бокса и/или нажатие кнопки «Да», «Согласен», «Принимаю условия», «Разрешаю», «Подтверждаю», «Отправить отзыв» и/или фактическую отправку отзыва через электронные формы/интерфейсы Организаций при наличии (или одновременном отображении) текста/ссылки на настоящее согласие), Субъект подтверждает, что полностью ознакомился с настоящим согласием, понимает его условия и правовые последствия, и предоставляет Организациям согласие на обработку и распространение (публикацию) персональных данных, а также на использование изображения и голоса в составе отзывов — в объеме и на условиях, изложенных выше.</w:t>
      </w:r>
      <w:bookmarkStart w:id="0" w:name="_GoBack"/>
      <w:bookmarkEnd w:id="0"/>
    </w:p>
    <w:sectPr w:rsidR="00032C1B" w:rsidRPr="00B36D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532839"/>
    <w:multiLevelType w:val="hybridMultilevel"/>
    <w:tmpl w:val="8EB2A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C4391"/>
    <w:multiLevelType w:val="hybridMultilevel"/>
    <w:tmpl w:val="C6B0F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51BAD"/>
    <w:multiLevelType w:val="hybridMultilevel"/>
    <w:tmpl w:val="F13C4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60D75"/>
    <w:multiLevelType w:val="hybridMultilevel"/>
    <w:tmpl w:val="0B3C6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10270"/>
    <w:multiLevelType w:val="hybridMultilevel"/>
    <w:tmpl w:val="6BB43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21C62"/>
    <w:multiLevelType w:val="hybridMultilevel"/>
    <w:tmpl w:val="39027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92DFE"/>
    <w:multiLevelType w:val="hybridMultilevel"/>
    <w:tmpl w:val="55645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4"/>
  </w:num>
  <w:num w:numId="12">
    <w:abstractNumId w:val="9"/>
  </w:num>
  <w:num w:numId="13">
    <w:abstractNumId w:val="11"/>
  </w:num>
  <w:num w:numId="14">
    <w:abstractNumId w:val="10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2C1B"/>
    <w:rsid w:val="00034616"/>
    <w:rsid w:val="0006063C"/>
    <w:rsid w:val="0015074B"/>
    <w:rsid w:val="0029639D"/>
    <w:rsid w:val="0032252F"/>
    <w:rsid w:val="00326F90"/>
    <w:rsid w:val="00613DD9"/>
    <w:rsid w:val="00817DDF"/>
    <w:rsid w:val="00AA1D8D"/>
    <w:rsid w:val="00B36D95"/>
    <w:rsid w:val="00B47730"/>
    <w:rsid w:val="00CB0664"/>
    <w:rsid w:val="00E426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8944B"/>
  <w14:defaultImageDpi w14:val="300"/>
  <w15:docId w15:val="{BA6B7FBD-AB52-4F8F-9ABC-C65A778C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613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817D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rganic-peopl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BF3EC7-62DB-4777-B8D9-0ABAFAE3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Аслан 44</cp:lastModifiedBy>
  <cp:revision>2</cp:revision>
  <dcterms:created xsi:type="dcterms:W3CDTF">2026-03-11T12:54:00Z</dcterms:created>
  <dcterms:modified xsi:type="dcterms:W3CDTF">2026-03-11T12:54:00Z</dcterms:modified>
  <cp:category/>
</cp:coreProperties>
</file>